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סיפור: עלילה, מספר, דמות ואמצעים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סוגות ספרותיות שונות: משל, בלדה, סיפור קצר, שיר,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על דוגמאות מסוגות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סוגות ספרותיות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מוצג על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דמות ספרותית, לא בהכרח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עלילה היא מרכיב בסיסי בכל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תכונה מרכזית של הסוגה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(מוסר השכל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עצוב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(אלים וגיבורים)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(מוצג על במה)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ניתוח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הסיפור בשלמותו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מי המספר ומה נקודת המבט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למפות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לאפיון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יישום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תלויה ביצירה - חשוב שהתלמיד יזהה נכון את סוג המספר (מספר-גיבור, מספר יודע-כל וכדומה)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=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סוגה שהוזכרה (משל, בלדה, מיתולוגיה, סיפור קצר, שיר, מחזה)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הוא מי שמספר את הסיפור, דמות היא מי שפועלת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מכל סוגה כדי להמחיש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במושגי היסוד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בספרות אנחנו פוגשים סוגות שונות: משל, בלדה, מיתולוגיה, סיפור קצר, שיר ומחזה. כדי לקרוא כל אחת מהן לעומק צריך ארגז כלים של מושגים - עלילה, מספר, דמות ואמצעים אמנותיים.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מוסר  ·  בלדה  ·  עלילה  ·  מספר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סוגות ספרותיות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סוגה מסתיימת בדרך כלל במוסר השכל ברור?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מחזה נכתב בעיקר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להיקרא בשקט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להיות מוצג על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להילמד בעל 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הוא תמיד הסופר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סיפור יש עלילה - רצף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 תמיד מלמד מוסר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רצף האירועים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הלקח שסיפור מלמד אותנו נקרא __________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שיר שמספר סיפור עצוב ומסתורי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סוגה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מוצג על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אלים וגיבורים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מיתולוגיה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מוסר השכל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סיפור עצוב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לאפיון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למפות את שלבי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מי המספר ומה נקודת המבט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הסיפור בשלמותו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יישום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או שיר שקראתם לאחרונה וכתבו מי המספר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לסוגה ספרותית אחת שלמדנו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 –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