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ארגז הכלים של הקורא/ת – מושגי יסוד בספרות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בניתוח סיפור: עלילה, מספר, דמות ואמצעים אמנותיים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סוגות ספרותיות שונות: משל, בלדה, סיפור קצר, שיר, מחזה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יישום המושגים על דוגמאות מסוגות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סוגות ספרותיות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משל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שיר שמספר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להיות מוצג על במה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מיתולוגיה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הדרך שבה מכירים את הדמות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שיר כתוב בשורות ובתים, סיפור קצר בפרוזה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המספר הוא דמות ספרותית, לא בהכרח הסופר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עלילה היא מרכיב בסיסי בכל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תכונה מרכזית של הסוגה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גם שירה מודרנית ללא חרוז קבוע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דרך דיבור, מעשים ומראה אפשר ללמוד על 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בלדות הן לרוב קודרות וטרגיות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בלדה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מחזה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אפיון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סוגה ומאפיין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(מוסר השכל בסוף)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(סיפור עצוב בשיר)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(אלים וגיבורים)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(מוצג על במה)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(סוף מפתיע לעיתים קרובות)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שלבי ניתוח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לקרוא את הסיפור בשלמותו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לזהות מי המספר ומה נקודת המבט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למפות את שלבי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לשים לב לאפיון הדמויות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לזהות אמצעים אמנותיים ולהבין את תפקידם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יישום הכלים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תלויה ביצירה - חשוב שהתלמיד יזהה נכון את סוג המספר (מספר-גיבור, מספר יודע-כל וכדומה)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לציין אמצעי (דימוי, חזרה וכו') ולהסביר מה הוא מוסיף להבנת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עלילה = רצף האירועים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סוגה שהוזכרה (משל, בלדה, מיתולוגיה, סיפור קצר, שיר, מחזה) עם 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מספר הוא מי שמספר את הסיפור, דמות היא מי שפועלת בתוכו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בדוגמה קצרה מכל סוגה כדי להמחיש את ההבדלים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על חלק ההתאמה בזוגות לפני המעבר למשימת הכתיבה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ולהתמקד במושגי היסוד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ארגז הכלים של הקורא/ת – מושגי יסוד בספרות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סוגי סיפורים שונים: משל, שיר, מחזה ועוד. כדי להבין אותם צריך מילים חשובות כמו עלילה, מספר ודמות.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רצף האירועים בסיפור, מההתחלה עד הסוף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שמספר לנו את הסיפור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או דמות בסיפור שיש לה תכונות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אפיון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הדרך שבה מכירים את הדמות - איך היא נראית, מדברת ופועלת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מוסר השכל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הלקח שהסיפור מלמד אותנו, בעיקר במשל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אמצעי אמנותי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כתיבה כמו דימוי או חזרה שיוצר אפקט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בלדה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 שמספר סיפור, לרוב עצוב או מסתורי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מחזה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יצירה שנכתבה כדי להיות מוצגת על במה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סוגות ספרותיות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סוג סיפור מלמד אותנו לקח בסוף?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בלדה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בלדה?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 לימוד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 שמספר 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מושגים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מילון מונחים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כותבים מחזה?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להיקרא בשקט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להיות מוצג על במה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להילמד בעל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להיכתב בחרוזים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סוג סיפור מדבר על אלים וגיבורים?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מיתולוגיה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בלדה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סיפור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אפיון?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הדרך שבה מכירים את הדמות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סוף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מקום התרחשות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שונה בין שיר לסיפור?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 כתוב בשורות ובתים, סיפור קצר בפרוזה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סיפור קצר תמיד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 תמיד ארוך יותר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המספר הוא תמיד הסופר עצמו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סיפור יש עלילה - רצף אירועים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משל תמיד מלמד מוסר השכל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שיר יש בתים וחרוזים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אפיון דמות יכול להיעשות גם דרך הדיבור שלה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בלדה היא תמיד סיפור שמח עם סוף טוב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רצף האירועים בסיפור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 שמספר לנו את הסיפור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הלקח שסיפור מלמד אותנו נקרא __________ השכל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שיר שמספר סיפור עצוב ומסתורי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יצירה שנכתבת כדי להיות מוצגת על במה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הדרך שבה אנחנו מכירים דמות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סוגה ומאפיין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משל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סוף מפתיע לעיתים קרובות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בלדה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אלים וגיבורים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מיתולוגיה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מוסר השכל בסוף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מחזה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סיפור עצוב בשיר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סיפור קצר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מוצג על במה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שלבי ניתוח 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לב לאפיון הדמויות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למפות את שלבי העלילה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לזהות מי המספר ומה נקודת המבט שלו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לזהות אמצעים אמנותיים ולהבין את תפקידם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לקרוא את הסיפור בשלמותו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- יישום הכלים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סיפור או שיר שקראתם לאחרונה וכתבו מי המספר בו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לאמצעי אמנותי אחד מסיפור שהכרתם והסבירו את תפקידו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עלילה?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לסוגה ספרותית אחת שלמדנו עליה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מספר לדמות?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ארגז הכלים של הקורא/ת – מושגי יסוד בספרות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