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הכלים של הקורא/ת – מושגי יסוד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בניתוח סיפור: עלילה, מספר, דמות ואמצעים אמנותיים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סוגות ספרותיות שונות: משל, בלדה, סיפור קצר, שיר, מחזה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יישום המושגים על דוגמאות מסוגות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סוגות ספרותיות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שיר שמספר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להיות מוצג על במה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מיתולוגיה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הדרך שבה מכירים את הדמות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שיר כתוב בשורות ובתים, סיפור קצר בפרוזה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המספר הוא דמות ספרותית, לא בהכרח הסופר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עלילה היא מרכיב בסיסי בכל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תכונה מרכזית של הסוגה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גם שירה מודרנית ללא חרוז קבוע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דרך דיבור, מעשים ומראה אפשר ללמוד על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בלדות הן לרוב קודרות וטרגיות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בלדה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אפיון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סוגה ומאפיין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(מוסר השכל בסוף)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(סיפור עצוב בשיר)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(אלים וגיבורים)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(מוצג על במה)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(סוף מפתיע לעיתים קרובות)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שלבי ניתוח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את הסיפור בשלמותו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לזהות מי המספר ומה נקודת המבט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למפות את שלבי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לשים לב לאפיון 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לזהות אמצעים אמנותיים ולהבין את תפקידם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יישום הכלים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תלויה ביצירה - חשוב שהתלמיד יזהה נכון את סוג המספר (מספר-גיבור, מספר יודע-כל וכדומה)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לציין אמצעי (דימוי, חזרה וכו') ולהסביר מה הוא מוסיף להבנת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עלילה = רצף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סוגה שהוזכרה (משל, בלדה, מיתולוגיה, סיפור קצר, שיר, מחזה)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מספר הוא מי שמספר את הסיפור, דמות היא מי שפועלת בתוכו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קצרה מכל סוגה כדי להמחיש את ההבדלים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על חלק ההתאמה בזוגות לפני המעבר למשימת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במושגי היסוד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הכלים של הקורא/ת – מושגי יסוד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בספרות אנחנו פוגשים סוגות שונות: משל, בלדה, מיתולוגיה, סיפור קצר, שיר ומחזה. כדי לקרוא כל אחת מהן לעומק צריך ארגז כלים של מושגים - עלילה, מספר, דמות ואמצעים אמנותיים.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סוגות ספרותיות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סוגה מסתיימת בדרך כלל במוסר השכל ברור?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בלדה?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לימוד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שמספר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מושגים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מילון מונחים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מחזה נכתב בעיקר כדי: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להיקרא בשקט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להיות מוצג על במה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להילמד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להיכתב בחרוזים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סוגה קשורה לאלים ולגיבורים כמו אודיסאוס?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מיתולוגיה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אפיון דמות?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הדרך שבה מכירים את הדמות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סוף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מקום התרחשות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ההבדל העיקרי בין סיפור קצר לשיר?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כתוב בשורות ובתים, סיפור קצר בפרוזה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סיפור קצר תמיד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תמיד ארוך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הוא תמיד הסופר עצמו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סיפור יש עלילה - רצף אירועים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 תמיד מלמד מוסר השכל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שיר יש בתים וחרוזים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אפיון דמות יכול להיעשות גם דרך הדיבור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בלדה היא תמיד סיפור שמח עם סוף טוב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רצף האירועים בסיפור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שמספר לנו את הסיפור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הלקח שסיפור מלמד אותנו נקרא __________ השכל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שיר שמספר סיפור עצוב ומסתורי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יצירה שנכתבת כדי להיות מוצגת על במה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הדרך שבה אנחנו מכירים דמות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סוגה ומאפיין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סוף מפתיע לעיתים קרובות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בלדה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מוסר השכל בסוף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מיתולוגיה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מוצג על במה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מחזה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אלים וגיבורים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סיפור קצר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סיפור עצוב בשיר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שלבי ניתוח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לאפיון הדמויות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לזהות אמצעים אמנותיים ולהבין את תפקידם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לזהות מי המספר ומה נקודת המבט שלו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הסיפור בשלמותו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למפות את שלבי העלילה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יישום 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סיפור או שיר שקראתם לאחרונה וכתבו מי המספר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לאמצעי אמנותי אחד מסיפור שהכרתם והסבירו את תפקידו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עלילה?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לסוגה ספרותית אחת שלמדנו עליה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מספר לדמות?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ארגז הכלים של הקורא/ת – מושגי יסוד בספרות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